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נוגה וסוד התרמיל הסגול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פרטים מהכותרת והנושא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לשוקולד ולייצורו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שלבים וכתיבה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פולי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אזורים טרופיים 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נוצרים גרגרי הקקאו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שוקולד מריר, חלבי ולבן עם כמויות סוכר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עולה מכותרת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שוקולד לבן מכיל חמאת קקאו בלי מוצק הקקאו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תרמיל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(תיק שנושאים על הגב)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(מידע שלא כולם יודעים)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(צמח שממנו מכינים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שבו מייצרים מוצרים)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(נסיעה או הליכה למקום רחוק)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מסלול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פירות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מהפרי את הפולים ומייבשים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קולים את הפולים כדי לפתח את הטעם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טוחנים את הפולים לעיסה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מוסיפים סוכר וחלב ומעצבים לשוקולד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דמיוני עשיר, חיבור לנושא הסיפור, משפטים 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ציון לפחות שלושה שלבים נכונים מהתהליך, שימוש במילים מהרשימה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נוגה והתרמיל הסגול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קקאו או עץ הקקאו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במילים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המנוקד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בערכת 12 הקלפים כחימום לפני פעילות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נוגה וסוד התרמיל הסגול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סיפור על ילדה בשם נוגה ותרמיל סגול. בדף נלמד מילים חדשות ונענה על 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תרמיל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 שנושאים על הגב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שלא כולם יודעים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נסיעה או הליכה למקום 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קקאו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שממנו מכינים שוקולד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פולי קקאו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הגרעינים שבתוך פרי הקקאו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מייצרים מוצרים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הוראות להכנת מאכל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לחמם גרגרים כדי לפתח טעם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יש לתרמיל?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ממה עושים 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פולי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מקום בעולם גדלים פולי קקאו?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אזורים טרופיים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אזורים קרים וקוטביים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מדבריות צחיחים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הרים מושלגים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אומרת שמשהו מוסתר?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תרמיל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פולי הקקאו נמצאים בתוך פרי שנקרא פרי הקקאו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סוגי השוקולד מכילים בדיוק אותה כמות סוכר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מופיע תרמיל שמסתיר 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שוקולד לבן מכיל את אותו מוצק קקאו כמו שוקולד מריר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הסגול מככב בסיפור על נוגה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פולי ה__________ הם הבסיס להכנת 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במהלך הסיפור נוגה יוצאת ל__________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שוקולד מיוצר במקום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להכין שוקולד צריך __________ מדויק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תרמיל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צמח שממנו מכינים שוקולד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מייצרים מוצרים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קקאו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נסיעה או הליכה למקום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מידע שלא כולם יודעים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תיק שנושאים על הגב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– מסלול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מהפרי את הפולים ומייבשים אותם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סוכר וחלב ומעצבים לשוקולד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טוחנים את הפולים לעיסה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קולים את הפולים כדי לפתח את הטעם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קוטפים את פירות הקקאו מהעץ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שמצאתם תרמיל סגול עם סוד בפנים. כתבו 4-5 משפטים: מה יש בתרמיל ולמה הוא סודי?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פיסקה קצרה המסבירה איך הופך פול קקאו לחתיכת שוקולד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דמות ועצם אחד מהסיפור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מאיזה צמח מגיע השוקולד?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'סוד'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 – נוגה וסוד התרמיל הסגול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