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מהכותרת והנושא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לשוקולד ולייצורו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שלבים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נוצרים גרגרי הקקאו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שוקולד מריר, חלבי ולבן עם כמויות סוכר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(תיק שנושאים על הגב)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שלא כולם יודעים)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(צמח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מייצרים מוצרים)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מסלול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מהפרי את הפולים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כדי לפתח את הטעם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הפולים לעיסה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דמיוני עשיר, חיבור לנושא הסיפור, משפטים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נוגה והתרמיל הסגול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או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במילים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המנוקד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בערכת 12 הקלפים כחימום לפני פעילות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'נוגה וסוד התרמיל הסגול' יוצאת הגיבורה למסע מיוחד הקשור לשוקולד. בדף זה נתרגל הבנה, אוצר מילים וסדר 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קקאו  ·  תרמיל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השם של הגיבורה בסיפור 'מסע השוקולד'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צבע התרמיל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פולי הקקאו נמצאים בתוך פרי שנקרא פרי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סוגי השוקולד מכילים בדיוק אותה כמות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הסגול מככב בסיפור על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פולי ה__________ הם הבסיס להכנת 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צמח שממנו מכינים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שבו מייצרים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מידע שלא כולם יודעים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תיק שנושאים על הגב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– מסלול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טוחנים את הפולים לעיסה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קולים את הפולים כדי לפתח את הטעם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מהפרי את הפולים ומייבשים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קוטפים את פירות הקקאו מהעץ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שמצאתם תרמיל סגול עם סוד בפנים. כתבו 4-5 משפטים: מה יש בתרמיל ולמה הוא סודי?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דמות ועצם אחד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מאיזה צמח מגיע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נוגה וסוד התרמיל הסגול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